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physique et de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Devoré;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élèves de mathématiques spéciales , optique physique et chimie organique.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