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Problèmes de 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Devoré, 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9 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Librairie Vuibert/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192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2711741184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oxydoréduction/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structuré pour couvrir de manière macroscopique et expérimentale les programmes de chimie du premier cycle universitaire (DEUG scientifiques) et des classes préparatoires.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