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Précis de 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Garf, Guillo Le/ Sylvie, Nicole/ Bloch, Manuel/ Guerin, Paul/ Faure, Robert/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4 éd.refondue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Dunod décision(N°:None)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2040110291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une bonne introduction à la recherche opérationelle,et s'adresse aux ingénieurs-économistes et à tous ceux qui veulent se familiariser avec les problèmes et les méthodes de la recherche opérationnelle.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