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Unix et les systèmes d'exploitation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Divay, Michel/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344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Index p.p. 341-344</w:t>
            </w:r>
          </w:p>
        </w:tc>
      </w:tr>
      <w:tr>
        <w:trPr>
          <w:trHeight w:val="567"/>
        </w:trPr>
        <w:tc>
          <w:tcPr>
            <w:tcW w:type="dxa" w:w="3000"/>
          </w:tcPr>
          <w:p>
            <w:r>
              <w:t>Numéro d'Identification</w:t>
            </w:r>
          </w:p>
        </w:tc>
        <w:tc>
          <w:tcPr>
            <w:tcW w:type="dxa" w:w="7000"/>
          </w:tcPr>
          <w:p>
            <w:r>
              <w:t>2100057014</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UNIX/ systéme d'expoloitation/ </w:t>
            </w:r>
          </w:p>
        </w:tc>
      </w:tr>
    </w:tbl>
    <w:p>
      <w:pPr>
        <w:pStyle w:val="Heading3"/>
      </w:pPr>
      <w:r>
        <w:t>Résumé :</w:t>
      </w:r>
    </w:p>
    <w:p>
      <w:r>
        <w:t>Cet ouvrage s'adresse principalement aux étudiants en informatique de second cycle et aux élèves ingénieurs. Il pourra également être utile aux étudiants des IUT ou BTS, ainsi qu'aux nombreux utilisateurs et programmeurs désirant comprendre, développer ou optimiser les interactions avec le système d'exploitation Unix (ou Linux). Cours d'apprentissage des concepts des systèmes d'exploitation (SE) illustrés en détail avec Unix et Linux, il aborde les notions :  de définition et de noyau d'un SE,  de commandes et de langage de commandes (script shell),  de filtres (mise en oeuvre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