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Découvrir SQL Server 2005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Runedit/ DeBetta, Peter/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219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213-219</w:t>
            </w:r>
          </w:p>
        </w:tc>
      </w:tr>
      <w:tr>
        <w:trPr>
          <w:trHeight w:val="567"/>
        </w:trPr>
        <w:tc>
          <w:tcPr>
            <w:tcW w:type="dxa" w:w="3000"/>
          </w:tcPr>
          <w:p>
            <w:r>
              <w:t>Numéro d'Identification</w:t>
            </w:r>
          </w:p>
        </w:tc>
        <w:tc>
          <w:tcPr>
            <w:tcW w:type="dxa" w:w="7000"/>
          </w:tcPr>
          <w:p>
            <w:r>
              <w:t>2100488961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SQL (logiciel)/ </w:t>
            </w:r>
          </w:p>
        </w:tc>
      </w:tr>
    </w:tbl>
    <w:p>
      <w:pPr>
        <w:pStyle w:val="Heading3"/>
      </w:pPr>
      <w:r>
        <w:t>Résumé :</w:t>
      </w:r>
    </w:p>
    <w:p>
      <w:r>
        <w:t>Cet ouvrage étude comment utiliser vos acquis pour exploiter au maximum les nouveautés de la technologie SQL server 2005 Peter Debetta vous emmène au coeur de SQL server pour vous monter comment manipuler vos serveurs de l'interieur,et profiter des nouvelles possibilités apprortées par la meilleure intégration avec visual studio et Net Framework,le langage T-SQL amélioré,ou le code CLR (Common Language Runtime.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