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Debrauwer,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TP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9782746046184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programmation/ algorithme/ JAVA langage de programmation/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 propose une approche progressive et pédagogique pour améliorer la maîtrise des algorithmes, à travers des exercices, des explications détaillées et des exemples concrets en Java.Objectifs du livre Apprendre à concevoir des algorithmes efficaces, Comprendre les structures de données essentielles, Améliorer la logique de programmation à travers la pratique, Se préparer à des entretiens techniques ou concours en programmation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