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Oracle 12c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Gabillaud, Jérôme/ Lacroix; Anne-Sophie/ </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210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Les TP informatiques(N°:None)</w:t>
            </w:r>
          </w:p>
        </w:tc>
      </w:tr>
      <w:tr>
        <w:trPr>
          <w:trHeight w:val="567"/>
        </w:trPr>
        <w:tc>
          <w:tcPr>
            <w:tcW w:type="dxa" w:w="3000"/>
          </w:tcPr>
          <w:p>
            <w:r>
              <w:t>Notes Générales</w:t>
            </w:r>
          </w:p>
        </w:tc>
        <w:tc>
          <w:tcPr>
            <w:tcW w:type="dxa" w:w="7000"/>
          </w:tcPr>
          <w:p>
            <w:r>
              <w:t>La couv. porte en plus : "90 QCM, 93 travaux pratiques et leurs corrigés, près de 28h de mise en pratique".</w:t>
            </w:r>
          </w:p>
        </w:tc>
      </w:tr>
      <w:tr>
        <w:trPr>
          <w:trHeight w:val="567"/>
        </w:trPr>
        <w:tc>
          <w:tcPr>
            <w:tcW w:type="dxa" w:w="3000"/>
          </w:tcPr>
          <w:p>
            <w:r>
              <w:t>Numéro d'Identification</w:t>
            </w:r>
          </w:p>
        </w:tc>
        <w:tc>
          <w:tcPr>
            <w:tcW w:type="dxa" w:w="7000"/>
          </w:tcPr>
          <w:p>
            <w:r>
              <w:t>9782746089303</w:t>
            </w:r>
          </w:p>
        </w:tc>
      </w:tr>
      <w:tr>
        <w:trPr>
          <w:trHeight w:val="567"/>
        </w:trPr>
        <w:tc>
          <w:tcPr>
            <w:tcW w:type="dxa" w:w="3000"/>
          </w:tcPr>
          <w:p>
            <w:r>
              <w:t>Sujet(s)</w:t>
            </w:r>
          </w:p>
        </w:tc>
        <w:tc>
          <w:tcPr>
            <w:tcW w:type="dxa" w:w="7000"/>
          </w:tcPr>
          <w:p>
            <w:r>
              <w:t xml:space="preserve">base de donnée/ SQL (logiciel)/ </w:t>
            </w:r>
          </w:p>
        </w:tc>
      </w:tr>
    </w:tbl>
    <w:p>
      <w:pPr>
        <w:pStyle w:val="Heading3"/>
      </w:pPr>
      <w:r>
        <w:t>Résumé :</w:t>
      </w:r>
    </w:p>
    <w:p>
      <w:r>
        <w:t>Cet ouvrage est un guide pratique et pédagogique destiné aux développeurs, administrateurs de bases de données et étudiants souhaitant maîtriser SQL et PL/SQL sous Oracle 12c. Il permet d'acquérir les bases du langage SQL et d’approfondir les concepts avancés de la programmation PL/SQL, indispensables pour développer des applications robustes et optimiser les performances des bases de données Oracle. Ce livre constitue un excellent support pour les professionnels et les étudiants souhaitant se perfectionner en SQL et PL/SQL, en combinant théorie et mise en pratique à travers des 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