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.V1, 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Cava; Michael P./ Johnson; Carl R./ Norman; Allinger L./ Jongh; Don C.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MacGraw-Hill/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correspond à un cours annuel de chimie organique.</w:t>
        <w:br/>
        <w:br/>
        <w:t>De courts exercices, dispersés dans le texte, permettent de mettre l'accent sur les points particuliers.</w:t>
        <w:br/>
        <w:br/>
        <w:t>Il recommandé à l'étudiant de répondre au fur et à mesur qui'il les rencontre. les solutions de la plupart de ces exercices sont indiquées à la fin de chaque volume, de nombreux problèmes plus longs sont données à la fin des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