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Baland, Marie-Cécile/ Carité, Luc/ Scott, Kendall/ Fowler, Martin/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 217-220 .Index p.p. 221-226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2744013366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logicielle/ UML (unified modeling language 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concis et accessible sur le langage de modélisation unifié (UML). Ce livre est destiné aux développeurs de logiciels, aux architectes de systèmes et à toute personne intéressée par la modélisation de logiciels.</w:t>
        <w:br/>
        <w:br/>
        <w:t>Le livre se concentre sur les éléments suivants :</w:t>
        <w:br/>
        <w:br/>
        <w:t>Introduction à UML : Présentation de l'UML, de son objectif et de son importance dans le développement logiciel en tant que langage de modélisation standard.</w:t>
        <w:br/>
        <w:br/>
        <w:t>Diagrammes UML : Explication des différents types de diagrammes utilisés dans UML, notamment les diagrammes de classes, de cas d'utilisation, de séquence, et d'activités, ainsi que leur utilisation dans la modélisation de systèmes.</w:t>
        <w:br/>
        <w:br/>
        <w:t>éléments fondamentaux : Description des concepts de base tels que les classes, les objets, les relations, et les interactions entre les composants d'un système.</w:t>
        <w:br/>
        <w:br/>
        <w:t>Pratiques de modélisation : Conseils sur la manière de créer des modèles efficaces, y compris des recommandations sur la simplification et l'élaboration de modèles clairs.</w:t>
        <w:br/>
        <w:br/>
        <w:t>Cas d'utilisation : Importance des cas d'utilisation dans la capture des exigences et la définition des interactions entre les utilisateurs et le système.</w:t>
        <w:br/>
        <w:br/>
        <w:t>évolution d'UML : Discussion sur l'évolution d'UML et son adaptation aux nouvelles pratiques de développement logiciel.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