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bus USB guide du concepteur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Fenard, Xavier./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 de communication/ USB (universal serial bus)/ transfert de données/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et technique consacré à l’Universal Serial Bus (USB), un standard de connexion omniprésent dans l'électronique moderne. Xavier Fénard y explique en détail les aspects conceptuels et techniques du bus USB, en se concentrant sur son architecture, ses protocoles, et sa mise en œuvre.</w:t>
        <w:br/>
        <w:br/>
        <w:t>Principaux points abordés :</w:t>
        <w:br/>
        <w:br/>
        <w:t>Historique et évolution : Le livre retrace l’évolution du standard USB, depuis ses débuts jusqu’aux versions les plus récentes, en exposant les avancées technologiques et les besoins qui ont conduit à ces changements.</w:t>
        <w:br/>
        <w:br/>
        <w:t>Architecture du bus USB : Fénard décrit l’architecture technique du bus, incluant les rôles des différents composants (hôtes, périphériques, hubs) et la structure des communications.</w:t>
        <w:br/>
        <w:br/>
        <w:t>Protocoles de communication : Le guide s’intéresse aux différents protocoles de transfert utilisés dans le bus USB, tels que le contrôle, l’isochronique, le bulk et l’interruption.</w:t>
        <w:br/>
        <w:br/>
        <w:t>Conception et mise en œuvre : Des conseils pratiques pour les concepteurs sont fournis, y compris des meilleures pratiques pour développer des appareils compatibles USB, et des discussions sur la gestion de l'alimentation et la sécurité des données.</w:t>
        <w:br/>
        <w:br/>
        <w:t>Diagnostics et dépannage : L'ouvrage offre également des outils pour diagnostiquer et résoudre les problèmes courants que les concepteurs peuvent rencontrer lors de la mise en œuvre.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