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Photoshop 6, avec imageready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Fieux, Loïc/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613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Magnum(N°:None)</w:t>
            </w:r>
          </w:p>
        </w:tc>
      </w:tr>
      <w:tr>
        <w:trPr>
          <w:trHeight w:val="567"/>
        </w:trPr>
        <w:tc>
          <w:tcPr>
            <w:tcW w:type="dxa" w:w="3000"/>
          </w:tcPr>
          <w:p>
            <w:r>
              <w:t>Notes Générales</w:t>
            </w:r>
          </w:p>
        </w:tc>
        <w:tc>
          <w:tcPr>
            <w:tcW w:type="dxa" w:w="7000"/>
          </w:tcPr>
          <w:p>
            <w:r>
              <w:t>Index p.p. 583-613</w:t>
            </w:r>
          </w:p>
        </w:tc>
      </w:tr>
      <w:tr>
        <w:trPr>
          <w:trHeight w:val="567"/>
        </w:trPr>
        <w:tc>
          <w:tcPr>
            <w:tcW w:type="dxa" w:w="3000"/>
          </w:tcPr>
          <w:p>
            <w:r>
              <w:t>Numéro d'Identification</w:t>
            </w:r>
          </w:p>
        </w:tc>
        <w:tc>
          <w:tcPr>
            <w:tcW w:type="dxa" w:w="7000"/>
          </w:tcPr>
          <w:p>
            <w:r>
              <w:t>274401057x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compression d'image/ adobe photoshop (logiciel)/ traitement d'image/ retouche d'image/ </w:t>
            </w:r>
          </w:p>
        </w:tc>
      </w:tr>
    </w:tbl>
    <w:p>
      <w:pPr>
        <w:pStyle w:val="Heading3"/>
      </w:pPr>
      <w:r>
        <w:t>Résumé :</w:t>
      </w:r>
    </w:p>
    <w:p>
      <w:r>
        <w:t>Cet ouvrage est un guide pratique qui explore les fonctionnalités et les techniques de retouche d'images et de création graphique offertes par Adobe Photoshop 6, ainsi que le logiciel ImageReady 3, souvent utilisé pour l'optimisation et la création d'images pour le web.</w:t>
        <w:br/>
        <w:br/>
        <w:t>Le livre aborde les chapitres suivants :</w:t>
        <w:br/>
        <w:br/>
        <w:t>Introduction à Photoshop et ImageReady : Présentation des deux logiciels, de leurs interfaces, et de leurs usages dans le domaine de la création graphique et du design web.</w:t>
        <w:br/>
        <w:br/>
        <w:t>Outils de base de Photoshop : Explication des outils de sélection, de peinture, de dessin, et de texte, ainsi que des fonctionnalités essentielles comme les calques et les masques.</w:t>
        <w:br/>
        <w:br/>
        <w:t>Techniques de retouche d'images : Révélation des méthodes pour améliorer les images, telles que les ajustements de couleur, le recadrage, le redimensionnement, et l'application de filtres.</w:t>
        <w:br/>
        <w:br/>
        <w:t>Création graphique : Initiation aux techniques de création de graphiques, y compris la création de logos, de bannières, et d'autres éléments visuels pour le web.</w:t>
        <w:br/>
        <w:br/>
        <w:t>Optimisation pour le web avec ImageReady : Détails sur l'utilisation d'ImageReady pour préparer les images pour le web, y compris la compression, l'exportation, et la création d'animations GIF.</w:t>
        <w:br/>
        <w:br/>
        <w:t>Trucs et astuces : Conseils pratiques et raccourcis pour améliorer l'efficacité lors de l'utilisation de Photoshop et ImageReady.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