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Wauquier, Henri-Georges/ Ferguson, Niels/ Schneier, Bruce/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319-325 Index p.p. 326-338</w:t>
            </w:r>
          </w:p>
        </w:tc>
      </w:tr>
      <w:tr>
        <w:trPr>
          <w:trHeight w:val="567"/>
        </w:trPr>
        <w:tc>
          <w:tcPr>
            <w:tcW w:type="dxa" w:w="3000"/>
          </w:tcPr>
          <w:p>
            <w:r>
              <w:t>Numéro d'Identification</w:t>
            </w:r>
          </w:p>
        </w:tc>
        <w:tc>
          <w:tcPr>
            <w:tcW w:type="dxa" w:w="7000"/>
          </w:tcPr>
          <w:p>
            <w:r>
              <w:t>9782711748204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attaque informatique/ communication sécurisée/ algorithme de chiffrement/ </w:t>
            </w:r>
          </w:p>
        </w:tc>
      </w:tr>
    </w:tbl>
    <w:p>
      <w:pPr>
        <w:pStyle w:val="Heading3"/>
      </w:pPr>
      <w:r>
        <w:t>Résumé :</w:t>
      </w:r>
    </w:p>
    <w:p>
      <w:r>
        <w:t>C'est un livre qui aborde les principes fondamentaux de la cryptographie et leur application dans le monde réel, écrit par Niels Ferguson. L'ouvrage est destiné à ceux qui souhaitent comprendre comment la cryptographie fonctionne, ainsi que les défis et les considérations liées à son utilisation dans des systèmes informatiques.</w:t>
        <w:br/>
        <w:br/>
        <w:t>Principaux points abordés :</w:t>
        <w:br/>
        <w:br/>
        <w:t>Fondamentaux de la cryptographie : Ferguson explique les concepts de base de la cryptographie, tels que la clé symétrique et asymétrique, les algorithmes de chiffrement, et les fonctions de hachage. Il fournit un aperçu des méthodes traditionnelles et modernes de sécurisation des communications.</w:t>
        <w:br/>
        <w:br/>
        <w:t>Applications pratiques : Le livre met l'accent sur des exemples concrets d'utilisation de la cryptographie dans divers domaines, comme le commerce en ligne, les communications sécurisées, et la protection des données personnelles. Ferguson illustre comment intégrer la cryptographie dans les systèmes réels pour assurer la confidentialité, l'intégrité et l'authenticité des informations.</w:t>
        <w:br/>
        <w:br/>
        <w:t>Risques et vulnérabilités : L'auteur discute des menaces potentielles et des failles de sécurité associées à la cryptographie, y compris les attaques par force brute, les attaques par canal latéral, et les erreurs de mise en œuvre. Il insiste sur l'importance de comprendre ces risques pour concevoir des systèmes sécurisés.</w:t>
        <w:br/>
        <w:br/>
        <w:t>Standards et protocoles : Ferguson aborde les différents standards et protocoles de cryptographie utilisés aujourd'hui, comme SSL/TLS, PGP, et les normes FIPS. Il explique leur importance et comment ils garantissent la sécurité des systèmes.</w:t>
        <w:br/>
        <w:br/>
        <w:t>Meilleures pratiques : Le livre propose des recommandations sur la façon d'utiliser la cryptographie de manière efficace, notamment en ce qui concerne le choix des algorithmes, la gestion des clés, et les protocoles d'implémentation.</w:t>
        <w:br/>
        <w:br/>
        <w:t>évolution des menaces : L'ouvrage conclut en expliquant comment la cryptographie doit évoluer face aux nouvelles menaces et aux avancées technologiques, notamment l'impact potentiel des ordinateurs quantiques sur la sécurité cryptographique.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