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Compilation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Drias;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compilation/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offre une sélection de cours détaillés sur divers sujets, suivis d'exercices conçus pour appliquer et tester les concepts appris. Les cours sont structurés de manière à présenter les notions clés de chaque sujet, suivis d'exercices progressifs qui permettent aux étudiants de mettre en pratique ces notions. Les solutions ou corrigés fournis à la fin de l'ouvrage permettent aux étudiants de vérifier leur compréhension et de corriger leurs erreurs.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