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Réseaux informatiques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Dordoigne, José/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tab.,couv.ill.en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Ressources informatiques(N°:None)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579-603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9782746078222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protocole de communication/ réseau informatique/ virtualisation/ </w:t>
            </w:r>
          </w:p>
        </w:tc>
      </w:tr>
    </w:tbl>
    <w:p>
      <w:pPr>
        <w:pStyle w:val="Heading3"/>
      </w:pPr>
      <w:r>
        <w:t>Résumé :</w:t>
      </w:r>
    </w:p>
    <w:p>
      <w:r>
        <w:t>L'ouvrage "Réseaux informatiques : Notions fondamentales" (5ème édition) est un guide complet qui aborde les concepts clés des réseaux informatiques. Destiné à un public souhaitant comprendre les principes fondamentaux des réseaux, il couvre une large gamme de sujets allant des protocoles de communication à la sécurité, en passant par les architectures réseaux, la virtualisation et les réseaux sans fil. L'édition mise à jour apporte des informations sur les dernières technologies telles qu'IPv6, la gestion des réseaux modernes, ainsi que les défis de la sécurité dans un environnement connecté.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