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Dordoigne, José/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couv.ill.en.coul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461-482</w:t>
            </w:r>
          </w:p>
        </w:tc>
      </w:tr>
      <w:tr>
        <w:trPr>
          <w:trHeight w:val="567"/>
        </w:trPr>
        <w:tc>
          <w:tcPr>
            <w:tcW w:type="dxa" w:w="3000"/>
          </w:tcPr>
          <w:p>
            <w:r>
              <w:t>Numéro d'Identification</w:t>
            </w:r>
          </w:p>
        </w:tc>
        <w:tc>
          <w:tcPr>
            <w:tcW w:type="dxa" w:w="7000"/>
          </w:tcPr>
          <w:p>
            <w:r>
              <w:t>9782746061453</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protocole de communication/ architecture de réseau/ </w:t>
            </w:r>
          </w:p>
        </w:tc>
      </w:tr>
    </w:tbl>
    <w:p>
      <w:pPr>
        <w:pStyle w:val="Heading3"/>
      </w:pPr>
      <w:r>
        <w:t>Résumé :</w:t>
      </w:r>
    </w:p>
    <w:p>
      <w:r>
        <w:t>L'ouvrage fournit une couverture complète des concepts fondamentaux des réseaux informatiques. Il présente les différentes architectures de réseaux, les protocoles de communication, les aspects de sécurité des réseaux, ainsi que les nouvelles technologies comme IPv6, la virtualisation des réseaux, et les réseaux sans fil. Chaque chapitre offre une approche pédagogique avec des exemples concrets, des schémas explicatifs et des cas pratiques pour rendre les notions plus accessibles et compréhensibles.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