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[trente] 30 routines assembleur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Fantou, J.C./ Rivaud, G./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2709110423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assembleur/ langage évolué/ </w:t>
            </w:r>
          </w:p>
        </w:tc>
      </w:tr>
    </w:tbl>
    <w:p>
      <w:pPr>
        <w:pStyle w:val="Heading3"/>
      </w:pPr>
      <w:r>
        <w:t>Résumé :</w:t>
      </w:r>
    </w:p>
    <w:p>
      <w:r>
        <w:t>L'ouvrage fournit une collection de 30 routines en assembleur destinées à être utilisées avec des langages évolués et le système d'exploitation DOS. En complément, il offre 25 procédures d'intégration, facilitant ainsi l'adoption et l'adaptation de ces routines dans divers environnements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