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windows 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Fouchard,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Schuster-Macmillan/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Se former en 1 jour(N°:None)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203-210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2744004510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windows 98/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de découvrir en une seule journée le système d'exploitation qui vous fera passer l'an 2000. A travers douze cours pratiques d'une heure chacun, ce guide complet présente les méthodes de travail, les nouveautés de Windows 98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