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Flasque, Nicolas/ Helen, Kassel/ Franck, Lepoivre/ Boris, Velikson/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9782100533107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C/ 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destiné à l'apprentissage de l'algorithmique, un domaine fondamental en informatique. Il se compose de rappels théoriques sur les bases de l'algorithmique, suivis d'une série d'exercices et de problèmes pratiques destinés à renforcer les connaissances acquises. Chaque exercice est accompagné de solutions détaillées, comprenant des explications pas-à-pas, des solutions en pseudo-code et en langage C. L'objectif est d'aider les lecteurs à développer une compréhension solide des concepts algorithmiques tout en les entraînant à la résolution de problèmes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