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Lakrib, Mustapha/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9961006100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Il est une synthèse des méthodes numériques nécessaires dans une formation d'ingénieur et rejoint le programme officiel du cours d'Analyse numérique des filières d'ingénieurs et de DES .Il présente les différentes méthodes avec les fondements théoriques sans tomber dans l'excés de la formalisation et les exemples d'utilisation de ces méthodes facilitent la conception de leurs diagrammes et leur programmation avec les différents langages .des exercices d'application suivent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