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MATLAB, simulink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 Ballois; Sandrine/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2729808434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matlab (logiciel)/ commande automatique/ simulation par ordinateur/ simulink (logiciel)/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 logiciel Matlab et les boîtes à outils Simulink et Control Systems, tous trois commercialisés par The MathWorks Inc. (USA Massachusetts) et diffusés en France par The MathWorks S.A.S (Sèvres 92).</w:t>
        <w:br/>
        <w:br/>
        <w:t>La présentation des fonctionnalités de Matlabs/Simulink est basée sur l'utilisation que peut en faire un automaticien dans le cadre de l'étude des systèmes linéaires.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