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Travaux dirigés de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Golfier, Michel/ Rigny, Renée/ Dumas, Genevieve M.L./ Schriver Mazzuoli, Louise/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2705659404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Travaux dirigés de chimie organique peut etre utlisé avec beaucoup d'intéret par les élèves des classes préparatoires aux grandes écoles,plus spécialement aux écoles vétérinaires et agronomiques.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