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intégrales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Krasnov; Mihail L./ Kiselev; Aleksandr I./ Makarenko; Grigorij I./ Pétrova, Irina/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diffusion ALAP/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intégrale/ </w:t>
            </w:r>
          </w:p>
        </w:tc>
      </w:tr>
    </w:tbl>
    <w:p>
      <w:pPr>
        <w:pStyle w:val="Heading3"/>
      </w:pPr>
      <w:r>
        <w:t>Résumé :</w:t>
      </w:r>
    </w:p>
    <w:p>
      <w:r>
        <w:t>Integral equations, volterra integral equations, kernels, convolution, euler integrals, abel's problem, laplace transformations, fredholm integral equations, eigenfunctions, green's functions, approximate methods, characteristic numbers, problems and solutions, mathematics.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