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d'analyse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Kouris, Eric/ Kaczor, Wieslawa J./ Nowak, Maria T./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9782759800582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Livre d'exercices appliqués aux cours d'analyse qui traite des propriétés élémentaires des nombres réels, de l'étude des suites réelles et des séries et produits finis. Une première partie contient les énoncés des exercices et une seconde leurs solutions. En tout, 621 exercices dont le niveau varie du facile au difficile avec une progression régulière du niveau de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