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Géométrie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Kindle; Joseph Henry/ Lobenberg,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3ème tirage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analytique/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