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Joppin, Bernard/ Guinin,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