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analyse,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Sciuto, Gilles/ Hochart, Max/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2711771849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mathématiques/ </w:t>
            </w:r>
          </w:p>
        </w:tc>
      </w:tr>
    </w:tbl>
    <w:p>
      <w:pPr>
        <w:pStyle w:val="Heading3"/>
      </w:pPr>
      <w:r>
        <w:t>Résumé :</w:t>
      </w:r>
    </w:p>
    <w:p>
      <w:r>
        <w:t>Traite de la totalité du programme de première année de prépa : révisions de terminale, réels et suites, fonctions d'une variable réelle, polynômes, calcul différentiel et intégral, algèbre linéaire, espaces euclidiens, fonctions de deux variables réelles. Des exercices avec des corrigés très détaillés.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