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Grifone; Joseph/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espace vectoriel/ matrice/ polynôme/ équation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Cours, exercices et problèmes, avec leurs corrigés. Niveau 1er cycle universitaire et prépas.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