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d'une variable réelle, analyse, Capes-agrégation niveau 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Jacquens; Jean-Claude/ Lavigne;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9782729837761</w:t>
            </w:r>
          </w:p>
        </w:tc>
      </w:tr>
      <w:tr>
        <w:trPr>
          <w:trHeight w:val="567"/>
        </w:trPr>
        <w:tc>
          <w:tcPr>
            <w:tcW w:type="dxa" w:w="3000"/>
          </w:tcPr>
          <w:p>
            <w:r>
              <w:t>Sujet(s)</w:t>
            </w:r>
          </w:p>
        </w:tc>
        <w:tc>
          <w:tcPr>
            <w:tcW w:type="dxa" w:w="7000"/>
          </w:tcPr>
          <w:p>
            <w:r>
              <w:t xml:space="preserve">intégration/ fonction de variable réelle complexe/ transformation de fourier/ </w:t>
            </w:r>
          </w:p>
        </w:tc>
      </w:tr>
    </w:tbl>
    <w:p>
      <w:pPr>
        <w:pStyle w:val="Heading3"/>
      </w:pPr>
      <w:r>
        <w:t>Résumé :</w:t>
      </w:r>
    </w:p>
    <w:p>
      <w:r>
        <w:t>L'ouvrage "Analyse - Fonctions d'une variable réelle" de Jean-Claude Jacquens et Jean-Pierre Lavigne est conçu pour les étudiants de niveau Licence 3 préparant les concours du CAPES et de l'agrégation en mathématiques. Il vise à offrir une synthèse complète des connaissances en analyse des fonctions d'une variable réelle.</w:t>
        <w:br/>
        <w:br/>
        <w:t>Objectifs principaux de l'ouvrage :</w:t>
        <w:br/>
        <w:br/>
        <w:t>1.Synthétiser les connaissances : L'ouvrage rassemble et met en perspective des concepts variés tels que les fonctions périodiques et presque périodiques, les différentes classes de fonctions monotones, ainsi que les suites et séries infinies. Il propose également des applications approfondies de théorèmes majeurs comme ceux d'Ascoli et Banach-Steinhaus.</w:t>
        <w:br/>
        <w:br/>
        <w:t>2.Partager l'expérience des auteurs : Forts de leurs expériences respectives en université et en classes préparatoires, les auteurs offrent aux étudiants de Licence 3 et aux passionnés de mathématiques des perspectives enrichissantes sur les sujets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