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 problem book in algebra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Krechmar; V.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algebra/ </w:t>
            </w:r>
          </w:p>
        </w:tc>
      </w:tr>
    </w:tbl>
    <w:p>
      <w:pPr>
        <w:pStyle w:val="Heading3"/>
      </w:pPr>
      <w:r>
        <w:t>Résumé :</w:t>
      </w:r>
    </w:p>
    <w:p>
      <w:r>
        <w:t>A Problem Book in Algebra" est un ouvrage destiné à aider les étudiants à maîtriser les concepts fondamentaux de l'algèbre à travers une série de problèmes pratiques. Le livre est souvent utilisé comme un complément aux cours théoriques d'algèbre. Il couvre une large gamme de sujets, y compris les équations polynomiales, les systèmes d'équations, les inégalités, les fonctions, les structures algébriques, et bien plus encore.</w:t>
        <w:br/>
        <w:br/>
        <w:t>Chaque problème est conçu pour renforcer la compréhension des principes algébriques tout en développant la capacité à résoudre des équations et à appliquer des techniques algébriques. Ce livre est structuré de manière à offrir à la fois des problèmes de difficulté croissante et des solutions détaillées qui permettent aux étudiants de progresser de manière autonome. C'est un excellent outil pour les étudiants cherchant à approfondir leur compréhension et à améliorer leurs compétences en algèbre.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