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Variable complexe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Kuntzmann; Jean/ Mongin, Philippe/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Hermann(N°:None)</w:t>
            </w:r>
          </w:p>
        </w:tc>
      </w:tr>
      <w:tr>
        <w:trPr>
          <w:trHeight w:val="567"/>
        </w:trPr>
        <w:tc>
          <w:tcPr>
            <w:tcW w:type="dxa" w:w="3000"/>
          </w:tcPr>
          <w:p>
            <w:r>
              <w:t>Numéro d'Identification</w:t>
            </w:r>
          </w:p>
        </w:tc>
        <w:tc>
          <w:tcPr>
            <w:tcW w:type="dxa" w:w="7000"/>
          </w:tcPr>
          <w:p>
            <w:r>
              <w:t>2705656189</w:t>
            </w:r>
          </w:p>
        </w:tc>
      </w:tr>
      <w:tr>
        <w:trPr>
          <w:trHeight w:val="567"/>
        </w:trPr>
        <w:tc>
          <w:tcPr>
            <w:tcW w:type="dxa" w:w="3000"/>
          </w:tcPr>
          <w:p>
            <w:r>
              <w:t>Sujet(s)</w:t>
            </w:r>
          </w:p>
        </w:tc>
        <w:tc>
          <w:tcPr>
            <w:tcW w:type="dxa" w:w="7000"/>
          </w:tcPr>
          <w:p>
            <w:r>
              <w:t xml:space="preserve">variable complexe/ fonction complexe/ </w:t>
            </w:r>
          </w:p>
        </w:tc>
      </w:tr>
    </w:tbl>
    <w:p>
      <w:pPr>
        <w:pStyle w:val="Heading3"/>
      </w:pPr>
      <w:r>
        <w:t>Résumé :</w:t>
      </w:r>
    </w:p>
    <w:p>
      <w:r>
        <w:t>Ce livre traite des concepts fondamentaux des variables complexes, un domaine central de l'analyse mathématique. L'étude des fonctions de variables complexes repose sur l'analyse de nombres complexes, imaginaire. L'ouvrage couvre la théorie des fonctions complexes, les séries de puissances, les intégrales complexes, ainsi que des outils mathématiques tels que les résidus et les singularités. L'auteur propose une approche pratique et pédagogique en accompagnant la théorie de 90 exercices et 37 problèmes permettant de consolider les connaissances acquises. Ces exercices sont conçus pour aider les lecteurs à comprendre les concepts clés, à résoudre des équations complexes, et à appliquer la théorie des fonctions complexes dans divers contextes.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