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Eigenwerttheorie gewohnlicher differentialgleichungen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Jorgens, Konard/ Rellich, Franz/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0387072519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differentialgleichungen/ </w:t>
            </w:r>
          </w:p>
        </w:tc>
      </w:tr>
    </w:tbl>
    <w:p>
      <w:pPr>
        <w:pStyle w:val="Heading3"/>
      </w:pPr>
      <w:r>
        <w:t>Résumé :</w:t>
      </w:r>
    </w:p>
    <w:p>
      <w:r>
        <w:t>Eigenwerttheorie partieller differentialgleichungen, rellich's ausarbeitung hat sich steyd einer groben nachfrage bei mathematiken und physiken erfreut. Es entstand deshalb schon bald der plan,dieses manuskript als buch 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