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Fiabilité et optimisation des 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Hami, Abdelkhalak/ Radi; Bouchaib/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9782729866808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fiabilité/ optimisation de 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fondamentaux de la fiabilité et de l'optimisation des systèmes, intégrant des théories, des méthodes et des applications pratiques.</w:t>
        <w:br/>
        <w:br/>
        <w:t>Résumé des principaux thèmes :</w:t>
        <w:br/>
        <w:br/>
        <w:t>Introduction à la Fiabilité :</w:t>
        <w:br/>
        <w:br/>
        <w:t>Concepts de base de la fiabilité des systèmes.</w:t>
        <w:br/>
        <w:br/>
        <w:t>Importance et applications dans divers domaines, notamment l'ingénierie et la gestion.</w:t>
        <w:br/>
        <w:br/>
        <w:t>Modélisation de la Fiabilité :</w:t>
        <w:br/>
        <w:br/>
        <w:t>Techniques de modélisation statistique et probabiliste.</w:t>
        <w:br/>
        <w:br/>
        <w:t>Modèles de défaillance et analyse de survie.</w:t>
        <w:br/>
        <w:br/>
        <w:t>Analyse de Fiabilité :</w:t>
        <w:br/>
        <w:br/>
        <w:t>Méthodes pour évaluer la performance et la durée de vie des systèmes.</w:t>
        <w:br/>
        <w:br/>
        <w:t>Estimation des fonctions de fiabilité.</w:t>
        <w:br/>
        <w:br/>
        <w:t>Optimisation des Systèmes :</w:t>
        <w:br/>
        <w:br/>
        <w:t>Approches d'optimisation pour améliorer la fiabilité des systèmes.</w:t>
        <w:br/>
        <w:br/>
        <w:t>Techniques d'optimisation des ressources et de la conception.</w:t>
        <w:br/>
        <w:br/>
        <w:t>Applications Pratiques :</w:t>
        <w:br/>
        <w:br/>
        <w:t>Etudes de cas illustrant l'application des concepts de fiabilité et d'optimisation dans des systèmes réels.</w:t>
        <w:br/>
        <w:br/>
        <w:t>Exercices corrigés pour renforcer la compréhension des théories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