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Excel 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Référence bureautique(N°:None)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 p.p. 181-184. Index p.p. 185-192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9782746079793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logiciel/ bureautique/ tableur/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guide pratique conçu pour aider les utilisateurs, qu'ils soient débutants ou ayant une certaine expérience, à maîtriser les fonctionnalités essentielles d'Excel 2013. Il aborde les concepts fondamentaux de manière claire et accessible, avec des exemples concrets et des exercices pratiques.</w:t>
        <w:br/>
        <w:br/>
        <w:t>Les principaux chapitres abordés sont :</w:t>
        <w:br/>
        <w:br/>
        <w:t>Introduction à Excel :</w:t>
        <w:br/>
        <w:br/>
        <w:t>Présentation de l’interface utilisateur.</w:t>
        <w:br/>
        <w:br/>
        <w:t>Navigation dans le tableur.</w:t>
        <w:br/>
        <w:br/>
        <w:t>Manipulation des données :</w:t>
        <w:br/>
        <w:br/>
        <w:t>Saisie et formatage des données.</w:t>
        <w:br/>
        <w:br/>
        <w:t>Utilisation des cellules, lignes et colonnes.</w:t>
        <w:br/>
        <w:br/>
        <w:t>Formules et fonctions de base :</w:t>
        <w:br/>
        <w:br/>
        <w:t>Syntaxe des formules.</w:t>
        <w:br/>
        <w:br/>
        <w:t>Fonctions simples comme SOMME, MOYENNE, MIN et MAX.</w:t>
        <w:br/>
        <w:br/>
        <w:t>Gestion des données :</w:t>
        <w:br/>
        <w:br/>
        <w:t>Tri et filtrage des données.</w:t>
        <w:br/>
        <w:br/>
        <w:t>Utilisation des graphiques pour visualiser les informations.</w:t>
        <w:br/>
        <w:br/>
        <w:t>Astuce de productivité :</w:t>
        <w:br/>
        <w:br/>
        <w:t>Raccourcis clavier.</w:t>
        <w:br/>
        <w:br/>
        <w:t>Conseils pour travailler plus efficacement avec Excel.</w:t>
        <w:br/>
        <w:br/>
        <w:t>Exercices pratiques :</w:t>
        <w:br/>
        <w:br/>
        <w:t>Cas pratiques pour appliquer les concepts et fonctions apprises.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