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3Dstudio MAX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Miller, Phillip/ Jolivalt, Bernard/ Elliot, Steven/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1097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 p.p. 1081-1097</w:t>
            </w:r>
          </w:p>
        </w:tc>
      </w:tr>
      <w:tr>
        <w:trPr>
          <w:trHeight w:val="567"/>
        </w:trPr>
        <w:tc>
          <w:tcPr>
            <w:tcW w:type="dxa" w:w="3000"/>
          </w:tcPr>
          <w:p>
            <w:r>
              <w:t>Numéro d'Identification</w:t>
            </w:r>
          </w:p>
        </w:tc>
        <w:tc>
          <w:tcPr>
            <w:tcW w:type="dxa" w:w="7000"/>
          </w:tcPr>
          <w:p>
            <w:r>
              <w:t>9782744004629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autodesk 3D studio (logiciel)/ animation/ </w:t>
            </w:r>
          </w:p>
        </w:tc>
      </w:tr>
    </w:tbl>
    <w:p>
      <w:pPr>
        <w:pStyle w:val="Heading3"/>
      </w:pPr>
      <w:r>
        <w:t>Résumé :</w:t>
      </w:r>
    </w:p>
    <w:p>
      <w:r>
        <w:t>Le livre "3D Studio MAX 2" de Steven Elliot est un guide complet destiné aux utilisateurs cherchant à se familiariser avec le logiciel de modélisation et d'animation 3D, 3D Studio MAX. Ce manuel aborde les principes fondamentaux tout en offrant des techniques avancées pour tirer le meilleur parti de l'outil.</w:t>
        <w:br/>
        <w:br/>
        <w:t>Les principaux chapitres abordés :</w:t>
        <w:br/>
        <w:br/>
        <w:t>Introduction à 3D Studio MAX :</w:t>
        <w:br/>
        <w:br/>
        <w:t>Présentation de l'interface et des outils de base.</w:t>
        <w:br/>
        <w:br/>
        <w:t>Explication des concepts fondamentaux de la modélisation 3D.</w:t>
        <w:br/>
        <w:br/>
        <w:t>Modélisation 3D :</w:t>
        <w:br/>
        <w:br/>
        <w:t>Techniques de création et de modification de modèles 3D.</w:t>
        <w:br/>
        <w:br/>
        <w:t>Utilisation des primitives, des polygones et des spline.</w:t>
        <w:br/>
        <w:br/>
        <w:t>Textures et Matériaux :</w:t>
        <w:br/>
        <w:br/>
        <w:t>Application et gestion des textures.</w:t>
        <w:br/>
        <w:br/>
        <w:t>Création de matériaux réalistes pour les objets 3D.</w:t>
        <w:br/>
        <w:br/>
        <w:t>Eclairage et Rendu :</w:t>
        <w:br/>
        <w:br/>
        <w:t>Principes de l'éclairage pour créer des effets réalistes.</w:t>
        <w:br/>
        <w:br/>
        <w:t>Techniques de rendu pour produire des images de haute qualité.</w:t>
        <w:br/>
        <w:br/>
        <w:t>Animation :</w:t>
        <w:br/>
        <w:br/>
        <w:t>Introduction aux outils d'animation intégrés dans 3D Studio MAX.</w:t>
        <w:br/>
        <w:br/>
        <w:t>Concepts d'animation par clé (keyframing) et animation de personnages.</w:t>
        <w:br/>
        <w:br/>
        <w:t>Projets pratiques :</w:t>
        <w:br/>
        <w:br/>
        <w:t>Exemples de projets pour appliquer les compétences acquises.</w:t>
        <w:br/>
        <w:br/>
        <w:t>éudes de cas réels pour illustrer l'utilisation du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