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Découvrir Maple 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Heal, K.M/ Hansen, M.L/ Rickard, K.M/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3540607331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maple v/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 logiciel Maple V qui met à la disposition de l'utilisateur un environnement interactif pour résoudre des problèmes mathématiques par le calcul formel.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