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 mes cahier d'analyse....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Hazi, Mohammed/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9789961020715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variable réelle/ différentiabilité/ </w:t>
            </w:r>
          </w:p>
        </w:tc>
      </w:tr>
    </w:tbl>
    <w:p>
      <w:pPr>
        <w:pStyle w:val="Heading3"/>
      </w:pPr>
      <w:r>
        <w:t>Résumé :</w:t>
      </w:r>
    </w:p>
    <w:p>
      <w:r>
        <w:t>Le présent cahier est le dernier d'une série qui en compte sept .il expose la notion de fonctions de plusieurs variables réelles. il est composé essentiellement de trois chapitres : limites et continuité , dérivabilité partielle et différentiabilité , dévelopements de taylor et estrema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