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à toutes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Jacquens; Jean-Claude/ Lavigne;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Iicences(N°:None)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9782729874254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Le livre algèbre à toutes les sauces de Jean-Claude Jacquens est une introduction ludique et accessible à l'algèbre, destinée à un large public, qu’il s’agisse de lycéens, d’étudiants ou même de personnes souhaitant redécouvrir les bases des mathématiques. Le livre vise à démystifier l'algèbre et à la rendre compréhensible et attractive, en montrant ses utilisations variées, de la résolution de problèmes simples à des applications plus complexes. Jean-Claude Jacquens emploie des métaphores, des analogies et des exercices pratiques pour rendre les notions abstraites plus tangibles et amusantes.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