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Dumas,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227-230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2100054546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automatisation/ informatique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présente en trois parties. La première est consacrée à des rappels de cours en électronique et en informatique industrielle. La deuxième, la plus conséquente, est un ensemble de 23 problèmes corrigés qui permet à l'étudiant d'aborder un large domaine de l'informatique industrielle.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