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Dordoigne,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p.p.579-603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9782746093928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virtualisation/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principes de base et des différents protocoles régissant les réseaux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