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Mines centrale.T2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Profeta, Mickael/ Batog, Guillaume/ Hérault, Alexandre/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L'intégrale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chimie/ </w:t>
            </w:r>
          </w:p>
        </w:tc>
      </w:tr>
    </w:tbl>
    <w:p>
      <w:pPr>
        <w:pStyle w:val="Heading3"/>
      </w:pPr>
      <w:r>
        <w:t>Résumé :</w:t>
      </w:r>
    </w:p>
    <w:p>
      <w:r>
        <w:t>Apprenez à connaître les attentes du jury, ses habitudes, sa façon de vous interroger : vous saurez enfin ce qui vous attend et comment convaincre les examinateurs de votre valeur. Retrouvez ce qui fait la réputation et le succès des corrigés H&amp;K : Des corrigés clairs, très détaillés et soigneusement relus ; Des indications pour chaque question délicate ou calculatoire ; Des méthodes, des astuces, des rappels, des conseils et des prolongements ; Une vue d'ensemble de chaque problème ; Des aide-mémoire précis et complets.</w:t>
        <w:br/>
        <w:br/>
        <w:t>Les concours Mines-Ponts et Centrale-Supélec n'auront plus de secret pour vous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