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Techniques électrochimiques d'analyse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Fleury, Maurice-Bernard/ Largeron, Martine/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Polytechnica/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2840540606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électrochimique/ les méthodes de calcul/ </w:t>
            </w:r>
          </w:p>
        </w:tc>
      </w:tr>
    </w:tbl>
    <w:p>
      <w:pPr>
        <w:pStyle w:val="Heading3"/>
      </w:pPr>
      <w:r>
        <w:t>Résumé :</w:t>
      </w:r>
    </w:p>
    <w:p>
      <w:r>
        <w:t>Cet ouvrage correspond au cours ensigné à la faculté des scences pharmaceutiques et biologiques de paris -luxembourg, dans le cadre de la chimie et de l'unité de valeur méthodes d'analyse des produits de santté du cursis des études pharmaceutiques.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