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Durupthy; André/ Jaubert; Alain/ Durupthy,Odile/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prépa. Exercices &amp; problèmes(N°:None)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la collection de référence pour les étudiants en classe préparatoire scientifique Ouvrage conforme aux nouveaux programmes applicables depuis septembre 2004 . Il facilite l'assimilation des savoirs et des savoir-faire requis en classe préparatoire scientifique, et permet aux étudiants de s'entraîner en vue des interrogations écrites et orales pendant l'année et en vue des concours . Collection de chimie dirigée par André Durupthy. POINTS FORTS - De brefs rappels de cours - De nombreux exercices et problèmes corrigés de difficulté progressive - Maquette claire, aérée et en couleurs DANS LA M?ME COLLECTION : LES MANUELS DE COURS Cet ouvrage d'entraînement vient compléter efficacement le manuels de cours H Prépa : - Chimie MP-MP*/PT-PT* (code 14 5642 5) PUBLIC tudiants de 2 e année des classes préparatoires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