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Microscopie quantitative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Dehoff; Robert-T./ Rhines; F.N/ Montuelle, Jean/ </w:t>
            </w:r>
          </w:p>
        </w:tc>
      </w:tr>
      <w:tr>
        <w:trPr>
          <w:trHeight w:val="567"/>
        </w:trPr>
        <w:tc>
          <w:tcPr>
            <w:tcW w:type="dxa" w:w="3000"/>
          </w:tcPr>
          <w:p>
            <w:r>
              <w:t>Adresse bib.</w:t>
            </w:r>
          </w:p>
        </w:tc>
        <w:tc>
          <w:tcPr>
            <w:tcW w:type="dxa" w:w="7000"/>
          </w:tcPr>
          <w:p>
            <w:r>
              <w:t xml:space="preserve">Masson et Cie/ </w:t>
            </w:r>
          </w:p>
        </w:tc>
      </w:tr>
      <w:tr>
        <w:trPr>
          <w:trHeight w:val="567"/>
        </w:trPr>
        <w:tc>
          <w:tcPr>
            <w:tcW w:type="dxa" w:w="3000"/>
          </w:tcPr>
          <w:p>
            <w:r>
              <w:t>Nombre de Pages</w:t>
            </w:r>
          </w:p>
        </w:tc>
        <w:tc>
          <w:tcPr>
            <w:tcW w:type="dxa" w:w="7000"/>
          </w:tcPr>
          <w:p>
            <w:r>
              <w:t>404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Index</w:t>
            </w:r>
          </w:p>
        </w:tc>
      </w:tr>
      <w:tr>
        <w:trPr>
          <w:trHeight w:val="567"/>
        </w:trPr>
        <w:tc>
          <w:tcPr>
            <w:tcW w:type="dxa" w:w="3000"/>
          </w:tcPr>
          <w:p>
            <w:r>
              <w:t>Sujet(s)</w:t>
            </w:r>
          </w:p>
        </w:tc>
        <w:tc>
          <w:tcPr>
            <w:tcW w:type="dxa" w:w="7000"/>
          </w:tcPr>
          <w:p>
            <w:r>
              <w:t xml:space="preserve">microscopie/ </w:t>
            </w:r>
          </w:p>
        </w:tc>
      </w:tr>
    </w:tbl>
    <w:p>
      <w:pPr>
        <w:pStyle w:val="Heading3"/>
      </w:pPr>
      <w:r>
        <w:t>Résumé :</w:t>
      </w:r>
    </w:p>
    <w:p>
      <w:r>
        <w:t>Cet ouvrage présente des méthodes permettant de quantifier précisément des facteurs structurels qui, autrement, ne seraient perceptibles que comme des tendances qualitatives. GECA Contenu principal :Fondements de la stéréologie : Les auteurs introduisent les principes de la stéréologie, science qui permet de déduire des informations tridimensionnelles à partir d'observations bidimensionnelles, essentielles pour l'analyse quantitative des microstructures.Techniques de mesure : L'ouvrage détaille les méthodes de mesure utilisées en microscopie quantitative, telles que le comptage de points, les analyses de lignes et les techniques d'interception, permettant une évaluation précise des caractéristiques géométriques des structures observées.Applications pratiques : Les auteurs illustrent l'application des méthodes stéréologiques à divers matériaux, notamment les métaux et les céramiques, démontrant comment ces techniques peuvent être utilisées pour caractériser et optimiser les propriétés des matériaux en fonction de leur microstructure.Cet ouvrage est particulièrement utile pour les chercheurs et les ingénieurs en science des matériaux, en métallurgie et en physique des solides, offrant des outils essentiels pour l'analyse et la compréhension des relations entre la microstructure et les propriétés des matériaux.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