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de matière efficacité des opérations de séparation de génie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Defives; Daniel/ Rojey; Alexandre/ Goff, Pierre Le/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 et technique du petrole(N°:None)</w:t>
            </w:r>
          </w:p>
        </w:tc>
      </w:tr>
      <w:tr>
        <w:trPr>
          <w:trHeight w:val="567"/>
        </w:trPr>
        <w:tc>
          <w:tcPr>
            <w:tcW w:type="dxa" w:w="3000"/>
          </w:tcPr>
          <w:p>
            <w:r>
              <w:t>Numéro d'Identification</w:t>
            </w:r>
          </w:p>
        </w:tc>
        <w:tc>
          <w:tcPr>
            <w:tcW w:type="dxa" w:w="7000"/>
          </w:tcPr>
          <w:p>
            <w:r>
              <w:t>2710802996</w:t>
            </w:r>
          </w:p>
        </w:tc>
      </w:tr>
      <w:tr>
        <w:trPr>
          <w:trHeight w:val="567"/>
        </w:trPr>
        <w:tc>
          <w:tcPr>
            <w:tcW w:type="dxa" w:w="3000"/>
          </w:tcPr>
          <w:p>
            <w:r>
              <w:t>Sujet(s)</w:t>
            </w:r>
          </w:p>
        </w:tc>
        <w:tc>
          <w:tcPr>
            <w:tcW w:type="dxa" w:w="7000"/>
          </w:tcPr>
          <w:p>
            <w:r>
              <w:t xml:space="preserve">chimie/ génie chimique/ opérations de séparation/ </w:t>
            </w:r>
          </w:p>
        </w:tc>
      </w:tr>
    </w:tbl>
    <w:p>
      <w:pPr>
        <w:pStyle w:val="Heading3"/>
      </w:pPr>
      <w:r>
        <w:t>Résumé :</w:t>
      </w:r>
    </w:p>
    <w:p>
      <w:r>
        <w:t>Cet ouvrage se concentre sur les mécanismes de transfert de matière et l'efficacité des différentes opérations de séparation utilisées dans l'industrie chimique.Contenu principal :Fondamentaux du transfert de matière : Les auteurs explorent les principes de base du transfert de matière, notamment la diffusion moléculaire et les mécanismes de convection. Ils détaillent les lois gouvernant ces phénomènes et leur application dans les procédés industriels.Opérations de séparation : L'ouvrage examine en profondeur les principales opérations de séparation, telles que l'absorption, la distillation, l'extraction liquide-liquide et l'adsorption. Chaque technique est analysée en termes de principes opérationnels, de conception des équipements et de critères d'efficacité.Dimensionnement des équipements : Une attention particulière est accordée au dimensionnement des appareils de séparation. Les auteurs fournissent des méthodologies pour calculer les hauteurs d'unité de transfert (HUT) et le nombre d'unités de transfert (NUT), essentiels pour concevoir des équipements performants. TECHNIQUES-INGENIEUR.FRApplications industrielles : Le livre illustre les concepts théoriques par des exemples concrets d'applications industrielles, montrant comment optimiser les procédés de séparation pour améliorer l'efficacité et réduire les coûts opérationnels.Cet ouvrage est destiné aux étudiants en génie chimique, aux ingénieurs et aux professionnels souhaitant approfondir leurs connaissances sur les opérations de transfert de matière et les techniques de séparation. Il sert de guide pour comprendre les défis liés à la conception et à l'optimisation des procédés de séparation dans l'industrie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