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réseaux comment ça marche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Derfler; Frank J./ Freed; 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221-227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 informatique/ télécommunication/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ouvrage, richement illustré et tout en couleurs, vous découvrirez comment les composants d'un réseau fonctionnent et comment ils sont reliés entre eux. Vous comprendrez à quel endroit sont stockées les données et ce qui se passe à l'intérieur du câble, du matériel et du système d'exploitation de réseau.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