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Turbo pascal en prépa HEC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Derbent, Anne-Marie/ </w:t>
            </w:r>
          </w:p>
        </w:tc>
      </w:tr>
      <w:tr>
        <w:trPr>
          <w:trHeight w:val="567"/>
        </w:trPr>
        <w:tc>
          <w:tcPr>
            <w:tcW w:type="dxa" w:w="3000"/>
          </w:tcPr>
          <w:p>
            <w:r>
              <w:t>Edition</w:t>
            </w:r>
          </w:p>
        </w:tc>
        <w:tc>
          <w:tcPr>
            <w:tcW w:type="dxa" w:w="7000"/>
          </w:tcPr>
          <w:p>
            <w:r>
              <w:t>Nouv.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175 p.</w:t>
            </w:r>
          </w:p>
        </w:tc>
      </w:tr>
      <w:tr>
        <w:trPr>
          <w:trHeight w:val="567"/>
        </w:trPr>
        <w:tc>
          <w:tcPr>
            <w:tcW w:type="dxa" w:w="3000"/>
          </w:tcPr>
          <w:p>
            <w:r>
              <w:t>Illustration</w:t>
            </w:r>
          </w:p>
        </w:tc>
        <w:tc>
          <w:tcPr>
            <w:tcW w:type="dxa" w:w="7000"/>
          </w:tcPr>
          <w:p>
            <w:r>
              <w:t>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Glossaire p.p. 171-175</w:t>
            </w:r>
          </w:p>
        </w:tc>
      </w:tr>
      <w:tr>
        <w:trPr>
          <w:trHeight w:val="567"/>
        </w:trPr>
        <w:tc>
          <w:tcPr>
            <w:tcW w:type="dxa" w:w="3000"/>
          </w:tcPr>
          <w:p>
            <w:r>
              <w:t>Numéro d'Identification</w:t>
            </w:r>
          </w:p>
        </w:tc>
        <w:tc>
          <w:tcPr>
            <w:tcW w:type="dxa" w:w="7000"/>
          </w:tcPr>
          <w:p>
            <w:r>
              <w:t>2729821643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de programmation (SQL)/ turbo pascal (logiciel)/ </w:t>
            </w:r>
          </w:p>
        </w:tc>
      </w:tr>
    </w:tbl>
    <w:p>
      <w:pPr>
        <w:pStyle w:val="Heading3"/>
      </w:pPr>
      <w:r>
        <w:t>Résumé :</w:t>
      </w:r>
    </w:p>
    <w:p>
      <w:r>
        <w:t>Cet ouvrage est une initiation à l'algorithmique en langage PASCAL. L'approche est fondée non sur la théorie, mais sur l'expérimentation : elle repose sur l'exécution et les tests des algorithmes proposés. De manière très progressive, les trois premiers chapitres initient au langage Pascal. Les quatre chapitres suivants relient le Pascal aux mathématiques, conformément au programme des classes préparatoires aux grandes écoles de commerce. Conçu pour les étudiants des classes préparatoires HEC, ce livre peut aussi répondre aux attentes du néophyte en Turbo Pascal qui dispose d'un bagage mathématique de niveau terminale scientifique.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