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Machines de traitement de l'information, (circuits et programmes).T2, programmation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Debraine,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 et Cie/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p.p.403-414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d'assemblage/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chapitres suivants :Traitement de l'information et sricture des ordinateurs, Programmes principrs de base Transferts de données et opérations arithmerique en virgule fixée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