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en langage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Chihab/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langage C/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propose d'une part,des exercices d'accompagnement durant votre d'étude du langage C,d'autre part des exercices thématiques trés variés destinés à affiner votre connaissance des techniques de programmation en C</w:t>
        <w:br/>
        <w:br/>
        <w:t xml:space="preserve"> 125837/94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