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calcul numérique appliqué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Guilpin;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286883406X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 numérique/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consacré au calcul numérique et au traitemrnt statistique des données expérimentales. il s'adresse d'abord à ceux qui souhaitent comprendre le fonctionnement des boites noires que les développements trés féconds de l'électronique et de l'informatique ont imposés.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