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discrètes appliquées à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Haggarty; Rod/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Synthex :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2744071005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Un rappel des notions de logique et d'algorithmique indispensables aux étudiants en informatique et surtout près de 140 exercices corrigés mettant en pratique les notions apprises.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